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JD Lighting AI Assessment</w:t>
      </w:r>
    </w:p>
    <w:p>
      <w:pPr>
        <w:pStyle w:val="Subtitle"/>
      </w:pPr>
      <w:r>
        <w:t>Staff questionnaire</w:t>
      </w:r>
    </w:p>
    <w:p>
      <w:r>
        <w:t>Allow approximately 10 to 15 minutes. Complete one form per person.</w:t>
      </w:r>
    </w:p>
    <w:p>
      <w:pPr>
        <w:spacing w:after="140"/>
      </w:pPr>
      <w:r>
        <w:t>Tell us about the work you do, the tools you use and where AI could help. AI includes tools such as ChatGPT, Copilot or Gemini, as well as writing, meeting and automation features inside other software. You do not need technical knowledge.</w:t>
      </w:r>
    </w:p>
    <w:p>
      <w:pPr>
        <w:spacing w:after="140"/>
      </w:pPr>
      <w:r>
        <w:t>Complete in Word by selecting boxes and replacing the answer prompts. Fields expand as you type. Select all that apply unless stated otherwise. If you do not know, write Not sure. Return the completed form to the person who sent it.</w:t>
      </w:r>
    </w:p>
    <w:p>
      <w:pPr>
        <w:spacing w:after="140"/>
      </w:pPr>
      <w:r>
        <w:t>Your name is optional, but role and work details may identify you. Responses will inform the assessment and recommendations. Do not include passwords, customer details or confidential documents; describe examples in general terms.</w:t>
      </w:r>
    </w:p>
    <w:p>
      <w:pPr>
        <w:pStyle w:val="Heading1"/>
      </w:pPr>
      <w:r>
        <w:t>Your role and everyday work</w:t>
      </w:r>
    </w:p>
    <w:p>
      <w:pPr>
        <w:keepNext/>
        <w:spacing w:before="120" w:after="80"/>
      </w:pPr>
      <w:r>
        <w:rPr>
          <w:b/>
        </w:rPr>
        <w:t>1. What is your role and where do you work?</w:t>
      </w:r>
    </w:p>
    <w:p>
      <w:pPr>
        <w:spacing w:after="140"/>
      </w:pPr>
      <w:r>
        <w:rPr>
          <w:b/>
        </w:rPr>
        <w:t xml:space="preserve">Role or team and location: </w:t>
      </w:r>
      <w:sdt>
        <w:sdtPr>
          <w:id w:val="101"/>
          <w:tag w:val="answer_101"/>
          <w:alias w:val="Response"/>
          <w:text w:multiLine="1"/>
        </w:sdtPr>
        <w:sdtContent>
          <w:r>
            <w:rPr>
              <w:color w:val="666666"/>
            </w:rPr>
            <w:t>[Enter answer]</w:t>
          </w:r>
        </w:sdtContent>
      </w:sdt>
    </w:p>
    <w:p>
      <w:pPr>
        <w:spacing w:after="140"/>
      </w:pPr>
      <w:r>
        <w:rPr>
          <w:b/>
        </w:rPr>
        <w:t xml:space="preserve">Name and contact details if you want a follow up: </w:t>
      </w:r>
      <w:sdt>
        <w:sdtPr>
          <w:id w:val="102"/>
          <w:tag w:val="answer_102"/>
          <w:alias w:val="Response"/>
          <w:text w:multiLine="1"/>
        </w:sdtPr>
        <w:sdtContent>
          <w:r>
            <w:rPr>
              <w:color w:val="666666"/>
            </w:rPr>
            <w:t>[Enter answer]</w:t>
          </w:r>
        </w:sdtContent>
      </w:sdt>
    </w:p>
    <w:p>
      <w:pPr>
        <w:keepNext/>
        <w:spacing w:before="120" w:after="80"/>
      </w:pPr>
      <w:r>
        <w:rPr>
          <w:b/>
        </w:rPr>
        <w:t>2. Which activities are part of your job?</w:t>
      </w:r>
    </w:p>
    <w:p>
      <w:pPr>
        <w:spacing w:after="80"/>
      </w:pPr>
      <w:sdt>
        <w:sdtPr>
          <w:id w:val="103"/>
          <w:tag w:val="choice_103"/>
          <w:alias w:val="Retail sales"/>
          <w14:checkbox>
            <w14:checked w14:val="0"/>
            <w14:checkedState w14:val="2612" w14:font="DejaVu Sans"/>
            <w14:uncheckedState w14:val="2610" w14:font="DejaVu Sans"/>
          </w14:checkbox>
        </w:sdtPr>
        <w:sdtContent>
          <w:r>
            <w:rPr>
              <w:rFonts w:ascii="DejaVu Sans" w:hAnsi="DejaVu Sans"/>
            </w:rPr>
            <w:t>☐</w:t>
          </w:r>
        </w:sdtContent>
      </w:sdt>
      <w:r>
        <w:t xml:space="preserve"> Retail sales   </w:t>
      </w:r>
      <w:sdt>
        <w:sdtPr>
          <w:id w:val="104"/>
          <w:tag w:val="choice_104"/>
          <w:alias w:val="Trade sales or quoting"/>
          <w14:checkbox>
            <w14:checked w14:val="0"/>
            <w14:checkedState w14:val="2612" w14:font="DejaVu Sans"/>
            <w14:uncheckedState w14:val="2610" w14:font="DejaVu Sans"/>
          </w14:checkbox>
        </w:sdtPr>
        <w:sdtContent>
          <w:r>
            <w:rPr>
              <w:rFonts w:ascii="DejaVu Sans" w:hAnsi="DejaVu Sans"/>
            </w:rPr>
            <w:t>☐</w:t>
          </w:r>
        </w:sdtContent>
      </w:sdt>
      <w:r>
        <w:t xml:space="preserve"> Trade sales or quoting   </w:t>
      </w:r>
      <w:sdt>
        <w:sdtPr>
          <w:id w:val="105"/>
          <w:tag w:val="choice_105"/>
          <w:alias w:val="Customer service"/>
          <w14:checkbox>
            <w14:checked w14:val="0"/>
            <w14:checkedState w14:val="2612" w14:font="DejaVu Sans"/>
            <w14:uncheckedState w14:val="2610" w14:font="DejaVu Sans"/>
          </w14:checkbox>
        </w:sdtPr>
        <w:sdtContent>
          <w:r>
            <w:rPr>
              <w:rFonts w:ascii="DejaVu Sans" w:hAnsi="DejaVu Sans"/>
            </w:rPr>
            <w:t>☐</w:t>
          </w:r>
        </w:sdtContent>
      </w:sdt>
      <w:r>
        <w:t xml:space="preserve"> Customer service   </w:t>
      </w:r>
    </w:p>
    <w:p>
      <w:pPr>
        <w:spacing w:after="80"/>
      </w:pPr>
      <w:sdt>
        <w:sdtPr>
          <w:id w:val="106"/>
          <w:tag w:val="choice_106"/>
          <w:alias w:val="Warehouse or purchasing"/>
          <w14:checkbox>
            <w14:checked w14:val="0"/>
            <w14:checkedState w14:val="2612" w14:font="DejaVu Sans"/>
            <w14:uncheckedState w14:val="2610" w14:font="DejaVu Sans"/>
          </w14:checkbox>
        </w:sdtPr>
        <w:sdtContent>
          <w:r>
            <w:rPr>
              <w:rFonts w:ascii="DejaVu Sans" w:hAnsi="DejaVu Sans"/>
            </w:rPr>
            <w:t>☐</w:t>
          </w:r>
        </w:sdtContent>
      </w:sdt>
      <w:r>
        <w:t xml:space="preserve"> Warehouse or purchasing   </w:t>
      </w:r>
      <w:sdt>
        <w:sdtPr>
          <w:id w:val="107"/>
          <w:tag w:val="choice_107"/>
          <w:alias w:val="Marketing or ecommerce"/>
          <w14:checkbox>
            <w14:checked w14:val="0"/>
            <w14:checkedState w14:val="2612" w14:font="DejaVu Sans"/>
            <w14:uncheckedState w14:val="2610" w14:font="DejaVu Sans"/>
          </w14:checkbox>
        </w:sdtPr>
        <w:sdtContent>
          <w:r>
            <w:rPr>
              <w:rFonts w:ascii="DejaVu Sans" w:hAnsi="DejaVu Sans"/>
            </w:rPr>
            <w:t>☐</w:t>
          </w:r>
        </w:sdtContent>
      </w:sdt>
      <w:r>
        <w:t xml:space="preserve"> Marketing or ecommerce   </w:t>
      </w:r>
      <w:sdt>
        <w:sdtPr>
          <w:id w:val="108"/>
          <w:tag w:val="choice_108"/>
          <w:alias w:val="Accounts or administration"/>
          <w14:checkbox>
            <w14:checked w14:val="0"/>
            <w14:checkedState w14:val="2612" w14:font="DejaVu Sans"/>
            <w14:uncheckedState w14:val="2610" w14:font="DejaVu Sans"/>
          </w14:checkbox>
        </w:sdtPr>
        <w:sdtContent>
          <w:r>
            <w:rPr>
              <w:rFonts w:ascii="DejaVu Sans" w:hAnsi="DejaVu Sans"/>
            </w:rPr>
            <w:t>☐</w:t>
          </w:r>
        </w:sdtContent>
      </w:sdt>
      <w:r>
        <w:t xml:space="preserve"> Accounts or administration   </w:t>
      </w:r>
    </w:p>
    <w:p>
      <w:pPr>
        <w:spacing w:after="80"/>
      </w:pPr>
      <w:sdt>
        <w:sdtPr>
          <w:id w:val="109"/>
          <w:tag w:val="choice_109"/>
          <w:alias w:val="Management"/>
          <w14:checkbox>
            <w14:checked w14:val="0"/>
            <w14:checkedState w14:val="2612" w14:font="DejaVu Sans"/>
            <w14:uncheckedState w14:val="2610" w14:font="DejaVu Sans"/>
          </w14:checkbox>
        </w:sdtPr>
        <w:sdtContent>
          <w:r>
            <w:rPr>
              <w:rFonts w:ascii="DejaVu Sans" w:hAnsi="DejaVu Sans"/>
            </w:rPr>
            <w:t>☐</w:t>
          </w:r>
        </w:sdtContent>
      </w:sdt>
      <w:r>
        <w:t xml:space="preserve"> Management   </w:t>
      </w:r>
      <w:sdt>
        <w:sdtPr>
          <w:id w:val="110"/>
          <w:tag w:val="choice_110"/>
          <w:alias w:val="IT support"/>
          <w14:checkbox>
            <w14:checked w14:val="0"/>
            <w14:checkedState w14:val="2612" w14:font="DejaVu Sans"/>
            <w14:uncheckedState w14:val="2610" w14:font="DejaVu Sans"/>
          </w14:checkbox>
        </w:sdtPr>
        <w:sdtContent>
          <w:r>
            <w:rPr>
              <w:rFonts w:ascii="DejaVu Sans" w:hAnsi="DejaVu Sans"/>
            </w:rPr>
            <w:t>☐</w:t>
          </w:r>
        </w:sdtContent>
      </w:sdt>
      <w:r>
        <w:t xml:space="preserve"> IT support   </w:t>
      </w:r>
      <w:sdt>
        <w:sdtPr>
          <w:id w:val="111"/>
          <w:tag w:val="choice_111"/>
          <w:alias w:val="Other"/>
          <w14:checkbox>
            <w14:checked w14:val="0"/>
            <w14:checkedState w14:val="2612" w14:font="DejaVu Sans"/>
            <w14:uncheckedState w14:val="2610" w14:font="DejaVu Sans"/>
          </w14:checkbox>
        </w:sdtPr>
        <w:sdtContent>
          <w:r>
            <w:rPr>
              <w:rFonts w:ascii="DejaVu Sans" w:hAnsi="DejaVu Sans"/>
            </w:rPr>
            <w:t>☐</w:t>
          </w:r>
        </w:sdtContent>
      </w:sdt>
      <w:r>
        <w:t xml:space="preserve"> Other   </w:t>
      </w:r>
    </w:p>
    <w:p>
      <w:pPr>
        <w:keepNext/>
        <w:spacing w:before="120" w:after="80"/>
      </w:pPr>
      <w:r>
        <w:rPr>
          <w:b/>
        </w:rPr>
        <w:t>3. Which programs, apps or spreadsheets do you regularly use?</w:t>
      </w:r>
    </w:p>
    <w:p>
      <w:pPr>
        <w:keepNext/>
        <w:spacing w:after="60"/>
      </w:pPr>
      <w:r>
        <w:t>Include work email, product lookup, quotes, orders, stock, messaging and any personal apps used for work.</w:t>
      </w:r>
    </w:p>
    <w:p>
      <w:pPr>
        <w:spacing w:after="420"/>
      </w:pPr>
      <w:r>
        <w:rPr>
          <w:b/>
        </w:rPr>
        <w:t xml:space="preserve">Tool names and what you use each for: </w:t>
      </w:r>
      <w:sdt>
        <w:sdtPr>
          <w:id w:val="112"/>
          <w:tag w:val="answer_112"/>
          <w:alias w:val="Response"/>
          <w:text w:multiLine="1"/>
        </w:sdtPr>
        <w:sdtContent>
          <w:r>
            <w:rPr>
              <w:color w:val="666666"/>
            </w:rPr>
            <w:t>[Enter answer]</w:t>
          </w:r>
        </w:sdtContent>
      </w:sdt>
    </w:p>
    <w:p>
      <w:pPr>
        <w:keepNext/>
        <w:spacing w:before="120" w:after="80"/>
      </w:pPr>
      <w:r>
        <w:rPr>
          <w:b/>
        </w:rPr>
        <w:t>4. Which three tasks take up most of your time?</w:t>
      </w:r>
    </w:p>
    <w:p>
      <w:pPr>
        <w:spacing w:after="420"/>
      </w:pPr>
      <w:r>
        <w:rPr>
          <w:b/>
        </w:rPr>
        <w:t xml:space="preserve">Tasks and approximate hours per week: </w:t>
      </w:r>
      <w:sdt>
        <w:sdtPr>
          <w:id w:val="113"/>
          <w:tag w:val="answer_113"/>
          <w:alias w:val="Response"/>
          <w:text w:multiLine="1"/>
        </w:sdtPr>
        <w:sdtContent>
          <w:r>
            <w:rPr>
              <w:color w:val="666666"/>
            </w:rPr>
            <w:t>[Enter answer]</w:t>
          </w:r>
        </w:sdtContent>
      </w:sdt>
    </w:p>
    <w:p>
      <w:pPr>
        <w:keepNext/>
        <w:spacing w:before="120" w:after="80"/>
      </w:pPr>
      <w:r>
        <w:rPr>
          <w:b/>
        </w:rPr>
        <w:t>5. Where do you repeatedly copy information, retype details or switch between tools?</w:t>
      </w:r>
    </w:p>
    <w:p>
      <w:pPr>
        <w:spacing w:after="420"/>
      </w:pPr>
      <w:r>
        <w:rPr>
          <w:b/>
        </w:rPr>
        <w:t xml:space="preserve">Describe one example and the tools involved: </w:t>
      </w:r>
      <w:sdt>
        <w:sdtPr>
          <w:id w:val="114"/>
          <w:tag w:val="answer_114"/>
          <w:alias w:val="Response"/>
          <w:text w:multiLine="1"/>
        </w:sdtPr>
        <w:sdtContent>
          <w:r>
            <w:rPr>
              <w:color w:val="666666"/>
            </w:rPr>
            <w:t>[Enter answer]</w:t>
          </w:r>
        </w:sdtContent>
      </w:sdt>
    </w:p>
    <w:p>
      <w:r>
        <w:br w:type="page"/>
      </w:r>
    </w:p>
    <w:p>
      <w:pPr>
        <w:pStyle w:val="Heading1"/>
      </w:pPr>
      <w:r>
        <w:t>Your experience with AI</w:t>
      </w:r>
    </w:p>
    <w:p>
      <w:pPr>
        <w:keepNext/>
        <w:spacing w:before="120" w:after="80"/>
      </w:pPr>
      <w:r>
        <w:rPr>
          <w:b/>
        </w:rPr>
        <w:t>6. How often have you used AI for work in the last 30 days?</w:t>
      </w:r>
    </w:p>
    <w:p>
      <w:pPr>
        <w:keepNext/>
        <w:spacing w:after="60"/>
      </w:pPr>
      <w:r>
        <w:t>Choose one.</w:t>
      </w:r>
    </w:p>
    <w:p>
      <w:pPr>
        <w:spacing w:after="80"/>
      </w:pPr>
      <w:sdt>
        <w:sdtPr>
          <w:id w:val="115"/>
          <w:tag w:val="choice_115"/>
          <w:alias w:val="Daily"/>
          <w14:checkbox>
            <w14:checked w14:val="0"/>
            <w14:checkedState w14:val="2612" w14:font="DejaVu Sans"/>
            <w14:uncheckedState w14:val="2610" w14:font="DejaVu Sans"/>
          </w14:checkbox>
        </w:sdtPr>
        <w:sdtContent>
          <w:r>
            <w:rPr>
              <w:rFonts w:ascii="DejaVu Sans" w:hAnsi="DejaVu Sans"/>
            </w:rPr>
            <w:t>☐</w:t>
          </w:r>
        </w:sdtContent>
      </w:sdt>
      <w:r>
        <w:t xml:space="preserve"> Daily   </w:t>
      </w:r>
      <w:sdt>
        <w:sdtPr>
          <w:id w:val="116"/>
          <w:tag w:val="choice_116"/>
          <w:alias w:val="A few times a week"/>
          <w14:checkbox>
            <w14:checked w14:val="0"/>
            <w14:checkedState w14:val="2612" w14:font="DejaVu Sans"/>
            <w14:uncheckedState w14:val="2610" w14:font="DejaVu Sans"/>
          </w14:checkbox>
        </w:sdtPr>
        <w:sdtContent>
          <w:r>
            <w:rPr>
              <w:rFonts w:ascii="DejaVu Sans" w:hAnsi="DejaVu Sans"/>
            </w:rPr>
            <w:t>☐</w:t>
          </w:r>
        </w:sdtContent>
      </w:sdt>
      <w:r>
        <w:t xml:space="preserve"> A few times a week   </w:t>
      </w:r>
      <w:sdt>
        <w:sdtPr>
          <w:id w:val="117"/>
          <w:tag w:val="choice_117"/>
          <w:alias w:val="Occasionally"/>
          <w14:checkbox>
            <w14:checked w14:val="0"/>
            <w14:checkedState w14:val="2612" w14:font="DejaVu Sans"/>
            <w14:uncheckedState w14:val="2610" w14:font="DejaVu Sans"/>
          </w14:checkbox>
        </w:sdtPr>
        <w:sdtContent>
          <w:r>
            <w:rPr>
              <w:rFonts w:ascii="DejaVu Sans" w:hAnsi="DejaVu Sans"/>
            </w:rPr>
            <w:t>☐</w:t>
          </w:r>
        </w:sdtContent>
      </w:sdt>
      <w:r>
        <w:t xml:space="preserve"> Occasionally   </w:t>
      </w:r>
    </w:p>
    <w:p>
      <w:pPr>
        <w:spacing w:after="80"/>
      </w:pPr>
      <w:sdt>
        <w:sdtPr>
          <w:id w:val="118"/>
          <w:tag w:val="choice_118"/>
          <w:alias w:val="Not in the last 30 days"/>
          <w14:checkbox>
            <w14:checked w14:val="0"/>
            <w14:checkedState w14:val="2612" w14:font="DejaVu Sans"/>
            <w14:uncheckedState w14:val="2610" w14:font="DejaVu Sans"/>
          </w14:checkbox>
        </w:sdtPr>
        <w:sdtContent>
          <w:r>
            <w:rPr>
              <w:rFonts w:ascii="DejaVu Sans" w:hAnsi="DejaVu Sans"/>
            </w:rPr>
            <w:t>☐</w:t>
          </w:r>
        </w:sdtContent>
      </w:sdt>
      <w:r>
        <w:t xml:space="preserve"> Not in the last 30 days   </w:t>
      </w:r>
      <w:sdt>
        <w:sdtPr>
          <w:id w:val="119"/>
          <w:tag w:val="choice_119"/>
          <w:alias w:val="Never"/>
          <w14:checkbox>
            <w14:checked w14:val="0"/>
            <w14:checkedState w14:val="2612" w14:font="DejaVu Sans"/>
            <w14:uncheckedState w14:val="2610" w14:font="DejaVu Sans"/>
          </w14:checkbox>
        </w:sdtPr>
        <w:sdtContent>
          <w:r>
            <w:rPr>
              <w:rFonts w:ascii="DejaVu Sans" w:hAnsi="DejaVu Sans"/>
            </w:rPr>
            <w:t>☐</w:t>
          </w:r>
        </w:sdtContent>
      </w:sdt>
      <w:r>
        <w:t xml:space="preserve"> Never   </w:t>
      </w:r>
      <w:sdt>
        <w:sdtPr>
          <w:id w:val="120"/>
          <w:tag w:val="choice_120"/>
          <w:alias w:val="Not sure"/>
          <w14:checkbox>
            <w14:checked w14:val="0"/>
            <w14:checkedState w14:val="2612" w14:font="DejaVu Sans"/>
            <w14:uncheckedState w14:val="2610" w14:font="DejaVu Sans"/>
          </w14:checkbox>
        </w:sdtPr>
        <w:sdtContent>
          <w:r>
            <w:rPr>
              <w:rFonts w:ascii="DejaVu Sans" w:hAnsi="DejaVu Sans"/>
            </w:rPr>
            <w:t>☐</w:t>
          </w:r>
        </w:sdtContent>
      </w:sdt>
      <w:r>
        <w:t xml:space="preserve"> Not sure   </w:t>
      </w:r>
    </w:p>
    <w:p>
      <w:pPr>
        <w:spacing w:after="140"/>
      </w:pPr>
      <w:r>
        <w:t>If you have never used AI for work, skip questions 7 to 10 and continue at question 11.</w:t>
      </w:r>
    </w:p>
    <w:p>
      <w:pPr>
        <w:keepNext/>
        <w:spacing w:before="120" w:after="80"/>
      </w:pPr>
      <w:r>
        <w:rPr>
          <w:b/>
        </w:rPr>
        <w:t>7. Which AI tools or built in AI features do you use, and for what?</w:t>
      </w:r>
    </w:p>
    <w:p>
      <w:pPr>
        <w:spacing w:after="420"/>
      </w:pPr>
      <w:r>
        <w:rPr>
          <w:b/>
        </w:rPr>
        <w:t xml:space="preserve">Tool names and examples of tasks: </w:t>
      </w:r>
      <w:sdt>
        <w:sdtPr>
          <w:id w:val="121"/>
          <w:tag w:val="answer_121"/>
          <w:alias w:val="Response"/>
          <w:text w:multiLine="1"/>
        </w:sdtPr>
        <w:sdtContent>
          <w:r>
            <w:rPr>
              <w:color w:val="666666"/>
            </w:rPr>
            <w:t>[Enter answer]</w:t>
          </w:r>
        </w:sdtContent>
      </w:sdt>
    </w:p>
    <w:p>
      <w:pPr>
        <w:keepNext/>
        <w:spacing w:before="120" w:after="80"/>
      </w:pPr>
      <w:r>
        <w:rPr>
          <w:b/>
        </w:rPr>
        <w:t>8. What type of account or access do you use?</w:t>
      </w:r>
    </w:p>
    <w:p>
      <w:pPr>
        <w:spacing w:after="80"/>
      </w:pPr>
      <w:sdt>
        <w:sdtPr>
          <w:id w:val="122"/>
          <w:tag w:val="choice_122"/>
          <w:alias w:val="Company provided account"/>
          <w14:checkbox>
            <w14:checked w14:val="0"/>
            <w14:checkedState w14:val="2612" w14:font="DejaVu Sans"/>
            <w14:uncheckedState w14:val="2610" w14:font="DejaVu Sans"/>
          </w14:checkbox>
        </w:sdtPr>
        <w:sdtContent>
          <w:r>
            <w:rPr>
              <w:rFonts w:ascii="DejaVu Sans" w:hAnsi="DejaVu Sans"/>
            </w:rPr>
            <w:t>☐</w:t>
          </w:r>
        </w:sdtContent>
      </w:sdt>
      <w:r>
        <w:t xml:space="preserve"> Company provided account   </w:t>
      </w:r>
      <w:sdt>
        <w:sdtPr>
          <w:id w:val="123"/>
          <w:tag w:val="choice_123"/>
          <w:alias w:val="Personal free account"/>
          <w14:checkbox>
            <w14:checked w14:val="0"/>
            <w14:checkedState w14:val="2612" w14:font="DejaVu Sans"/>
            <w14:uncheckedState w14:val="2610" w14:font="DejaVu Sans"/>
          </w14:checkbox>
        </w:sdtPr>
        <w:sdtContent>
          <w:r>
            <w:rPr>
              <w:rFonts w:ascii="DejaVu Sans" w:hAnsi="DejaVu Sans"/>
            </w:rPr>
            <w:t>☐</w:t>
          </w:r>
        </w:sdtContent>
      </w:sdt>
      <w:r>
        <w:t xml:space="preserve"> Personal free account   </w:t>
      </w:r>
    </w:p>
    <w:p>
      <w:pPr>
        <w:spacing w:after="80"/>
      </w:pPr>
      <w:sdt>
        <w:sdtPr>
          <w:id w:val="124"/>
          <w:tag w:val="choice_124"/>
          <w:alias w:val="Personal paid account"/>
          <w14:checkbox>
            <w14:checked w14:val="0"/>
            <w14:checkedState w14:val="2612" w14:font="DejaVu Sans"/>
            <w14:uncheckedState w14:val="2610" w14:font="DejaVu Sans"/>
          </w14:checkbox>
        </w:sdtPr>
        <w:sdtContent>
          <w:r>
            <w:rPr>
              <w:rFonts w:ascii="DejaVu Sans" w:hAnsi="DejaVu Sans"/>
            </w:rPr>
            <w:t>☐</w:t>
          </w:r>
        </w:sdtContent>
      </w:sdt>
      <w:r>
        <w:t xml:space="preserve"> Personal paid account   </w:t>
      </w:r>
      <w:sdt>
        <w:sdtPr>
          <w:id w:val="125"/>
          <w:tag w:val="choice_125"/>
          <w:alias w:val="Shared account"/>
          <w14:checkbox>
            <w14:checked w14:val="0"/>
            <w14:checkedState w14:val="2612" w14:font="DejaVu Sans"/>
            <w14:uncheckedState w14:val="2610" w14:font="DejaVu Sans"/>
          </w14:checkbox>
        </w:sdtPr>
        <w:sdtContent>
          <w:r>
            <w:rPr>
              <w:rFonts w:ascii="DejaVu Sans" w:hAnsi="DejaVu Sans"/>
            </w:rPr>
            <w:t>☐</w:t>
          </w:r>
        </w:sdtContent>
      </w:sdt>
      <w:r>
        <w:t xml:space="preserve"> Shared account   </w:t>
      </w:r>
    </w:p>
    <w:p>
      <w:pPr>
        <w:spacing w:after="80"/>
      </w:pPr>
      <w:sdt>
        <w:sdtPr>
          <w:id w:val="126"/>
          <w:tag w:val="choice_126"/>
          <w:alias w:val="Built into another program"/>
          <w14:checkbox>
            <w14:checked w14:val="0"/>
            <w14:checkedState w14:val="2612" w14:font="DejaVu Sans"/>
            <w14:uncheckedState w14:val="2610" w14:font="DejaVu Sans"/>
          </w14:checkbox>
        </w:sdtPr>
        <w:sdtContent>
          <w:r>
            <w:rPr>
              <w:rFonts w:ascii="DejaVu Sans" w:hAnsi="DejaVu Sans"/>
            </w:rPr>
            <w:t>☐</w:t>
          </w:r>
        </w:sdtContent>
      </w:sdt>
      <w:r>
        <w:t xml:space="preserve"> Built into another program   </w:t>
      </w:r>
      <w:sdt>
        <w:sdtPr>
          <w:id w:val="127"/>
          <w:tag w:val="choice_127"/>
          <w:alias w:val="Not sure"/>
          <w14:checkbox>
            <w14:checked w14:val="0"/>
            <w14:checkedState w14:val="2612" w14:font="DejaVu Sans"/>
            <w14:uncheckedState w14:val="2610" w14:font="DejaVu Sans"/>
          </w14:checkbox>
        </w:sdtPr>
        <w:sdtContent>
          <w:r>
            <w:rPr>
              <w:rFonts w:ascii="DejaVu Sans" w:hAnsi="DejaVu Sans"/>
            </w:rPr>
            <w:t>☐</w:t>
          </w:r>
        </w:sdtContent>
      </w:sdt>
      <w:r>
        <w:t xml:space="preserve"> Not sure   </w:t>
      </w:r>
    </w:p>
    <w:p>
      <w:pPr>
        <w:keepNext/>
        <w:spacing w:before="120" w:after="80"/>
      </w:pPr>
      <w:r>
        <w:rPr>
          <w:b/>
        </w:rPr>
        <w:t>9. What kinds of information have you entered or uploaded?</w:t>
      </w:r>
    </w:p>
    <w:p>
      <w:pPr>
        <w:keepNext/>
        <w:spacing w:after="60"/>
      </w:pPr>
      <w:r>
        <w:t>Categories only. Do not paste actual business or personal information.</w:t>
      </w:r>
    </w:p>
    <w:p>
      <w:pPr>
        <w:spacing w:after="80"/>
      </w:pPr>
      <w:sdt>
        <w:sdtPr>
          <w:id w:val="128"/>
          <w:tag w:val="choice_128"/>
          <w:alias w:val="Public product information"/>
          <w14:checkbox>
            <w14:checked w14:val="0"/>
            <w14:checkedState w14:val="2612" w14:font="DejaVu Sans"/>
            <w14:uncheckedState w14:val="2610" w14:font="DejaVu Sans"/>
          </w14:checkbox>
        </w:sdtPr>
        <w:sdtContent>
          <w:r>
            <w:rPr>
              <w:rFonts w:ascii="DejaVu Sans" w:hAnsi="DejaVu Sans"/>
            </w:rPr>
            <w:t>☐</w:t>
          </w:r>
        </w:sdtContent>
      </w:sdt>
      <w:r>
        <w:t xml:space="preserve"> Public product information   </w:t>
      </w:r>
      <w:sdt>
        <w:sdtPr>
          <w:id w:val="129"/>
          <w:tag w:val="choice_129"/>
          <w:alias w:val="General questions only"/>
          <w14:checkbox>
            <w14:checked w14:val="0"/>
            <w14:checkedState w14:val="2612" w14:font="DejaVu Sans"/>
            <w14:uncheckedState w14:val="2610" w14:font="DejaVu Sans"/>
          </w14:checkbox>
        </w:sdtPr>
        <w:sdtContent>
          <w:r>
            <w:rPr>
              <w:rFonts w:ascii="DejaVu Sans" w:hAnsi="DejaVu Sans"/>
            </w:rPr>
            <w:t>☐</w:t>
          </w:r>
        </w:sdtContent>
      </w:sdt>
      <w:r>
        <w:t xml:space="preserve"> General questions only   </w:t>
      </w:r>
    </w:p>
    <w:p>
      <w:pPr>
        <w:spacing w:after="80"/>
      </w:pPr>
      <w:sdt>
        <w:sdtPr>
          <w:id w:val="130"/>
          <w:tag w:val="choice_130"/>
          <w:alias w:val="Internal procedures or documents"/>
          <w14:checkbox>
            <w14:checked w14:val="0"/>
            <w14:checkedState w14:val="2612" w14:font="DejaVu Sans"/>
            <w14:uncheckedState w14:val="2610" w14:font="DejaVu Sans"/>
          </w14:checkbox>
        </w:sdtPr>
        <w:sdtContent>
          <w:r>
            <w:rPr>
              <w:rFonts w:ascii="DejaVu Sans" w:hAnsi="DejaVu Sans"/>
            </w:rPr>
            <w:t>☐</w:t>
          </w:r>
        </w:sdtContent>
      </w:sdt>
      <w:r>
        <w:t xml:space="preserve"> Internal procedures or documents   </w:t>
      </w:r>
      <w:sdt>
        <w:sdtPr>
          <w:id w:val="131"/>
          <w:tag w:val="choice_131"/>
          <w:alias w:val="Customer or order information"/>
          <w14:checkbox>
            <w14:checked w14:val="0"/>
            <w14:checkedState w14:val="2612" w14:font="DejaVu Sans"/>
            <w14:uncheckedState w14:val="2610" w14:font="DejaVu Sans"/>
          </w14:checkbox>
        </w:sdtPr>
        <w:sdtContent>
          <w:r>
            <w:rPr>
              <w:rFonts w:ascii="DejaVu Sans" w:hAnsi="DejaVu Sans"/>
            </w:rPr>
            <w:t>☐</w:t>
          </w:r>
        </w:sdtContent>
      </w:sdt>
      <w:r>
        <w:t xml:space="preserve"> Customer or order information   </w:t>
      </w:r>
    </w:p>
    <w:p>
      <w:pPr>
        <w:spacing w:after="80"/>
      </w:pPr>
      <w:sdt>
        <w:sdtPr>
          <w:id w:val="132"/>
          <w:tag w:val="choice_132"/>
          <w:alias w:val="Prices or supplier information"/>
          <w14:checkbox>
            <w14:checked w14:val="0"/>
            <w14:checkedState w14:val="2612" w14:font="DejaVu Sans"/>
            <w14:uncheckedState w14:val="2610" w14:font="DejaVu Sans"/>
          </w14:checkbox>
        </w:sdtPr>
        <w:sdtContent>
          <w:r>
            <w:rPr>
              <w:rFonts w:ascii="DejaVu Sans" w:hAnsi="DejaVu Sans"/>
            </w:rPr>
            <w:t>☐</w:t>
          </w:r>
        </w:sdtContent>
      </w:sdt>
      <w:r>
        <w:t xml:space="preserve"> Prices or supplier information   </w:t>
      </w:r>
      <w:sdt>
        <w:sdtPr>
          <w:id w:val="133"/>
          <w:tag w:val="choice_133"/>
          <w:alias w:val="Staff information"/>
          <w14:checkbox>
            <w14:checked w14:val="0"/>
            <w14:checkedState w14:val="2612" w14:font="DejaVu Sans"/>
            <w14:uncheckedState w14:val="2610" w14:font="DejaVu Sans"/>
          </w14:checkbox>
        </w:sdtPr>
        <w:sdtContent>
          <w:r>
            <w:rPr>
              <w:rFonts w:ascii="DejaVu Sans" w:hAnsi="DejaVu Sans"/>
            </w:rPr>
            <w:t>☐</w:t>
          </w:r>
        </w:sdtContent>
      </w:sdt>
      <w:r>
        <w:t xml:space="preserve"> Staff information   </w:t>
      </w:r>
    </w:p>
    <w:p>
      <w:pPr>
        <w:spacing w:after="80"/>
      </w:pPr>
      <w:sdt>
        <w:sdtPr>
          <w:id w:val="134"/>
          <w:tag w:val="choice_134"/>
          <w:alias w:val="Photos drawings or recordings"/>
          <w14:checkbox>
            <w14:checked w14:val="0"/>
            <w14:checkedState w14:val="2612" w14:font="DejaVu Sans"/>
            <w14:uncheckedState w14:val="2610" w14:font="DejaVu Sans"/>
          </w14:checkbox>
        </w:sdtPr>
        <w:sdtContent>
          <w:r>
            <w:rPr>
              <w:rFonts w:ascii="DejaVu Sans" w:hAnsi="DejaVu Sans"/>
            </w:rPr>
            <w:t>☐</w:t>
          </w:r>
        </w:sdtContent>
      </w:sdt>
      <w:r>
        <w:t xml:space="preserve"> Photos drawings or recordings   </w:t>
      </w:r>
      <w:sdt>
        <w:sdtPr>
          <w:id w:val="135"/>
          <w:tag w:val="choice_135"/>
          <w:alias w:val="Code or technical information"/>
          <w14:checkbox>
            <w14:checked w14:val="0"/>
            <w14:checkedState w14:val="2612" w14:font="DejaVu Sans"/>
            <w14:uncheckedState w14:val="2610" w14:font="DejaVu Sans"/>
          </w14:checkbox>
        </w:sdtPr>
        <w:sdtContent>
          <w:r>
            <w:rPr>
              <w:rFonts w:ascii="DejaVu Sans" w:hAnsi="DejaVu Sans"/>
            </w:rPr>
            <w:t>☐</w:t>
          </w:r>
        </w:sdtContent>
      </w:sdt>
      <w:r>
        <w:t xml:space="preserve"> Code or technical information   </w:t>
      </w:r>
    </w:p>
    <w:p>
      <w:pPr>
        <w:spacing w:after="80"/>
      </w:pPr>
      <w:sdt>
        <w:sdtPr>
          <w:id w:val="136"/>
          <w:tag w:val="choice_136"/>
          <w:alias w:val="Not sure or prefer not to say"/>
          <w14:checkbox>
            <w14:checked w14:val="0"/>
            <w14:checkedState w14:val="2612" w14:font="DejaVu Sans"/>
            <w14:uncheckedState w14:val="2610" w14:font="DejaVu Sans"/>
          </w14:checkbox>
        </w:sdtPr>
        <w:sdtContent>
          <w:r>
            <w:rPr>
              <w:rFonts w:ascii="DejaVu Sans" w:hAnsi="DejaVu Sans"/>
            </w:rPr>
            <w:t>☐</w:t>
          </w:r>
        </w:sdtContent>
      </w:sdt>
      <w:r>
        <w:t xml:space="preserve"> Not sure or prefer not to say   </w:t>
      </w:r>
    </w:p>
    <w:p>
      <w:pPr>
        <w:keepNext/>
        <w:spacing w:before="120" w:after="80"/>
      </w:pPr>
      <w:r>
        <w:rPr>
          <w:b/>
        </w:rPr>
        <w:t>10. How do you check AI output before using or sharing it?</w:t>
      </w:r>
    </w:p>
    <w:p>
      <w:pPr>
        <w:keepNext/>
        <w:spacing w:after="60"/>
      </w:pPr>
      <w:r>
        <w:t>Choose the closest answer.</w:t>
      </w:r>
    </w:p>
    <w:p>
      <w:pPr>
        <w:spacing w:after="80"/>
      </w:pPr>
      <w:sdt>
        <w:sdtPr>
          <w:id w:val="137"/>
          <w:tag w:val="choice_137"/>
          <w:alias w:val="Check every output"/>
          <w14:checkbox>
            <w14:checked w14:val="0"/>
            <w14:checkedState w14:val="2612" w14:font="DejaVu Sans"/>
            <w14:uncheckedState w14:val="2610" w14:font="DejaVu Sans"/>
          </w14:checkbox>
        </w:sdtPr>
        <w:sdtContent>
          <w:r>
            <w:rPr>
              <w:rFonts w:ascii="DejaVu Sans" w:hAnsi="DejaVu Sans"/>
            </w:rPr>
            <w:t>☐</w:t>
          </w:r>
        </w:sdtContent>
      </w:sdt>
      <w:r>
        <w:t xml:space="preserve"> Check every output   </w:t>
      </w:r>
      <w:sdt>
        <w:sdtPr>
          <w:id w:val="138"/>
          <w:tag w:val="choice_138"/>
          <w:alias w:val="Check some outputs"/>
          <w14:checkbox>
            <w14:checked w14:val="0"/>
            <w14:checkedState w14:val="2612" w14:font="DejaVu Sans"/>
            <w14:uncheckedState w14:val="2610" w14:font="DejaVu Sans"/>
          </w14:checkbox>
        </w:sdtPr>
        <w:sdtContent>
          <w:r>
            <w:rPr>
              <w:rFonts w:ascii="DejaVu Sans" w:hAnsi="DejaVu Sans"/>
            </w:rPr>
            <w:t>☐</w:t>
          </w:r>
        </w:sdtContent>
      </w:sdt>
      <w:r>
        <w:t xml:space="preserve"> Check some outputs   </w:t>
      </w:r>
    </w:p>
    <w:p>
      <w:pPr>
        <w:spacing w:after="80"/>
      </w:pPr>
      <w:sdt>
        <w:sdtPr>
          <w:id w:val="139"/>
          <w:tag w:val="choice_139"/>
          <w:alias w:val="Usually use it as provided"/>
          <w14:checkbox>
            <w14:checked w14:val="0"/>
            <w14:checkedState w14:val="2612" w14:font="DejaVu Sans"/>
            <w14:uncheckedState w14:val="2610" w14:font="DejaVu Sans"/>
          </w14:checkbox>
        </w:sdtPr>
        <w:sdtContent>
          <w:r>
            <w:rPr>
              <w:rFonts w:ascii="DejaVu Sans" w:hAnsi="DejaVu Sans"/>
            </w:rPr>
            <w:t>☐</w:t>
          </w:r>
        </w:sdtContent>
      </w:sdt>
      <w:r>
        <w:t xml:space="preserve"> Usually use it as provided   </w:t>
      </w:r>
      <w:sdt>
        <w:sdtPr>
          <w:id w:val="140"/>
          <w:tag w:val="choice_140"/>
          <w:alias w:val="Someone else checks it"/>
          <w14:checkbox>
            <w14:checked w14:val="0"/>
            <w14:checkedState w14:val="2612" w14:font="DejaVu Sans"/>
            <w14:uncheckedState w14:val="2610" w14:font="DejaVu Sans"/>
          </w14:checkbox>
        </w:sdtPr>
        <w:sdtContent>
          <w:r>
            <w:rPr>
              <w:rFonts w:ascii="DejaVu Sans" w:hAnsi="DejaVu Sans"/>
            </w:rPr>
            <w:t>☐</w:t>
          </w:r>
        </w:sdtContent>
      </w:sdt>
      <w:r>
        <w:t xml:space="preserve"> Someone else checks it   </w:t>
      </w:r>
    </w:p>
    <w:p>
      <w:pPr>
        <w:spacing w:after="80"/>
      </w:pPr>
      <w:sdt>
        <w:sdtPr>
          <w:id w:val="141"/>
          <w:tag w:val="choice_141"/>
          <w:alias w:val="Not sure"/>
          <w14:checkbox>
            <w14:checked w14:val="0"/>
            <w14:checkedState w14:val="2612" w14:font="DejaVu Sans"/>
            <w14:uncheckedState w14:val="2610" w14:font="DejaVu Sans"/>
          </w14:checkbox>
        </w:sdtPr>
        <w:sdtContent>
          <w:r>
            <w:rPr>
              <w:rFonts w:ascii="DejaVu Sans" w:hAnsi="DejaVu Sans"/>
            </w:rPr>
            <w:t>☐</w:t>
          </w:r>
        </w:sdtContent>
      </w:sdt>
      <w:r>
        <w:t xml:space="preserve"> Not sure   </w:t>
      </w:r>
    </w:p>
    <w:p>
      <w:pPr>
        <w:spacing w:after="140"/>
      </w:pPr>
      <w:r>
        <w:rPr>
          <w:b/>
        </w:rPr>
        <w:t xml:space="preserve">Any mistakes or useful results you have noticed: </w:t>
      </w:r>
      <w:sdt>
        <w:sdtPr>
          <w:id w:val="142"/>
          <w:tag w:val="answer_142"/>
          <w:alias w:val="Response"/>
          <w:text w:multiLine="1"/>
        </w:sdtPr>
        <w:sdtContent>
          <w:r>
            <w:rPr>
              <w:color w:val="666666"/>
            </w:rPr>
            <w:t>[Enter answer]</w:t>
          </w:r>
        </w:sdtContent>
      </w:sdt>
    </w:p>
    <w:p>
      <w:pPr>
        <w:keepNext/>
        <w:spacing w:before="120" w:after="80"/>
      </w:pPr>
      <w:r>
        <w:rPr>
          <w:b/>
        </w:rPr>
        <w:t>11. Do you know whether JD Lighting has rules for using AI?</w:t>
      </w:r>
    </w:p>
    <w:p>
      <w:pPr>
        <w:keepNext/>
        <w:spacing w:after="60"/>
      </w:pPr>
      <w:r>
        <w:t>Choose one.</w:t>
      </w:r>
    </w:p>
    <w:p>
      <w:pPr>
        <w:spacing w:after="80"/>
      </w:pPr>
      <w:sdt>
        <w:sdtPr>
          <w:id w:val="143"/>
          <w:tag w:val="choice_143"/>
          <w:alias w:val="Yes and I know where to find them"/>
          <w14:checkbox>
            <w14:checked w14:val="0"/>
            <w14:checkedState w14:val="2612" w14:font="DejaVu Sans"/>
            <w14:uncheckedState w14:val="2610" w14:font="DejaVu Sans"/>
          </w14:checkbox>
        </w:sdtPr>
        <w:sdtContent>
          <w:r>
            <w:rPr>
              <w:rFonts w:ascii="DejaVu Sans" w:hAnsi="DejaVu Sans"/>
            </w:rPr>
            <w:t>☐</w:t>
          </w:r>
        </w:sdtContent>
      </w:sdt>
      <w:r>
        <w:t xml:space="preserve"> Yes and I know where to find them   </w:t>
      </w:r>
      <w:sdt>
        <w:sdtPr>
          <w:id w:val="144"/>
          <w:tag w:val="choice_144"/>
          <w:alias w:val="I have heard of rules but am unclear"/>
          <w14:checkbox>
            <w14:checked w14:val="0"/>
            <w14:checkedState w14:val="2612" w14:font="DejaVu Sans"/>
            <w14:uncheckedState w14:val="2610" w14:font="DejaVu Sans"/>
          </w14:checkbox>
        </w:sdtPr>
        <w:sdtContent>
          <w:r>
            <w:rPr>
              <w:rFonts w:ascii="DejaVu Sans" w:hAnsi="DejaVu Sans"/>
            </w:rPr>
            <w:t>☐</w:t>
          </w:r>
        </w:sdtContent>
      </w:sdt>
      <w:r>
        <w:t xml:space="preserve"> I have heard of rules but am unclear   </w:t>
      </w:r>
    </w:p>
    <w:p>
      <w:pPr>
        <w:spacing w:after="80"/>
      </w:pPr>
      <w:sdt>
        <w:sdtPr>
          <w:id w:val="145"/>
          <w:tag w:val="choice_145"/>
          <w:alias w:val="I am not aware of any rules"/>
          <w14:checkbox>
            <w14:checked w14:val="0"/>
            <w14:checkedState w14:val="2612" w14:font="DejaVu Sans"/>
            <w14:uncheckedState w14:val="2610" w14:font="DejaVu Sans"/>
          </w14:checkbox>
        </w:sdtPr>
        <w:sdtContent>
          <w:r>
            <w:rPr>
              <w:rFonts w:ascii="DejaVu Sans" w:hAnsi="DejaVu Sans"/>
            </w:rPr>
            <w:t>☐</w:t>
          </w:r>
        </w:sdtContent>
      </w:sdt>
      <w:r>
        <w:t xml:space="preserve"> I am not aware of any rules   </w:t>
      </w:r>
      <w:sdt>
        <w:sdtPr>
          <w:id w:val="146"/>
          <w:tag w:val="choice_146"/>
          <w:alias w:val="Not sure"/>
          <w14:checkbox>
            <w14:checked w14:val="0"/>
            <w14:checkedState w14:val="2612" w14:font="DejaVu Sans"/>
            <w14:uncheckedState w14:val="2610" w14:font="DejaVu Sans"/>
          </w14:checkbox>
        </w:sdtPr>
        <w:sdtContent>
          <w:r>
            <w:rPr>
              <w:rFonts w:ascii="DejaVu Sans" w:hAnsi="DejaVu Sans"/>
            </w:rPr>
            <w:t>☐</w:t>
          </w:r>
        </w:sdtContent>
      </w:sdt>
      <w:r>
        <w:t xml:space="preserve"> Not sure   </w:t>
      </w:r>
    </w:p>
    <w:p>
      <w:pPr>
        <w:keepNext/>
        <w:spacing w:before="120" w:after="80"/>
      </w:pPr>
      <w:r>
        <w:rPr>
          <w:b/>
        </w:rPr>
        <w:t>12. Have you received training or approval to use AI at work?</w:t>
      </w:r>
    </w:p>
    <w:p>
      <w:pPr>
        <w:spacing w:after="80"/>
      </w:pPr>
      <w:sdt>
        <w:sdtPr>
          <w:id w:val="147"/>
          <w:tag w:val="choice_147"/>
          <w:alias w:val="Formal training"/>
          <w14:checkbox>
            <w14:checked w14:val="0"/>
            <w14:checkedState w14:val="2612" w14:font="DejaVu Sans"/>
            <w14:uncheckedState w14:val="2610" w14:font="DejaVu Sans"/>
          </w14:checkbox>
        </w:sdtPr>
        <w:sdtContent>
          <w:r>
            <w:rPr>
              <w:rFonts w:ascii="DejaVu Sans" w:hAnsi="DejaVu Sans"/>
            </w:rPr>
            <w:t>☐</w:t>
          </w:r>
        </w:sdtContent>
      </w:sdt>
      <w:r>
        <w:t xml:space="preserve"> Formal training   </w:t>
      </w:r>
      <w:sdt>
        <w:sdtPr>
          <w:id w:val="148"/>
          <w:tag w:val="choice_148"/>
          <w:alias w:val="Informal guidance"/>
          <w14:checkbox>
            <w14:checked w14:val="0"/>
            <w14:checkedState w14:val="2612" w14:font="DejaVu Sans"/>
            <w14:uncheckedState w14:val="2610" w14:font="DejaVu Sans"/>
          </w14:checkbox>
        </w:sdtPr>
        <w:sdtContent>
          <w:r>
            <w:rPr>
              <w:rFonts w:ascii="DejaVu Sans" w:hAnsi="DejaVu Sans"/>
            </w:rPr>
            <w:t>☐</w:t>
          </w:r>
        </w:sdtContent>
      </w:sdt>
      <w:r>
        <w:t xml:space="preserve"> Informal guidance   </w:t>
      </w:r>
    </w:p>
    <w:p>
      <w:pPr>
        <w:spacing w:after="80"/>
      </w:pPr>
      <w:sdt>
        <w:sdtPr>
          <w:id w:val="149"/>
          <w:tag w:val="choice_149"/>
          <w:alias w:val="Manager approval"/>
          <w14:checkbox>
            <w14:checked w14:val="0"/>
            <w14:checkedState w14:val="2612" w14:font="DejaVu Sans"/>
            <w14:uncheckedState w14:val="2610" w14:font="DejaVu Sans"/>
          </w14:checkbox>
        </w:sdtPr>
        <w:sdtContent>
          <w:r>
            <w:rPr>
              <w:rFonts w:ascii="DejaVu Sans" w:hAnsi="DejaVu Sans"/>
            </w:rPr>
            <w:t>☐</w:t>
          </w:r>
        </w:sdtContent>
      </w:sdt>
      <w:r>
        <w:t xml:space="preserve"> Manager approval   </w:t>
      </w:r>
      <w:sdt>
        <w:sdtPr>
          <w:id w:val="150"/>
          <w:tag w:val="choice_150"/>
          <w:alias w:val="No training or approval"/>
          <w14:checkbox>
            <w14:checked w14:val="0"/>
            <w14:checkedState w14:val="2612" w14:font="DejaVu Sans"/>
            <w14:uncheckedState w14:val="2610" w14:font="DejaVu Sans"/>
          </w14:checkbox>
        </w:sdtPr>
        <w:sdtContent>
          <w:r>
            <w:rPr>
              <w:rFonts w:ascii="DejaVu Sans" w:hAnsi="DejaVu Sans"/>
            </w:rPr>
            <w:t>☐</w:t>
          </w:r>
        </w:sdtContent>
      </w:sdt>
      <w:r>
        <w:t xml:space="preserve"> No training or approval   </w:t>
      </w:r>
    </w:p>
    <w:p>
      <w:pPr>
        <w:spacing w:after="80"/>
      </w:pPr>
      <w:sdt>
        <w:sdtPr>
          <w:id w:val="151"/>
          <w:tag w:val="choice_151"/>
          <w:alias w:val="Not sure"/>
          <w14:checkbox>
            <w14:checked w14:val="0"/>
            <w14:checkedState w14:val="2612" w14:font="DejaVu Sans"/>
            <w14:uncheckedState w14:val="2610" w14:font="DejaVu Sans"/>
          </w14:checkbox>
        </w:sdtPr>
        <w:sdtContent>
          <w:r>
            <w:rPr>
              <w:rFonts w:ascii="DejaVu Sans" w:hAnsi="DejaVu Sans"/>
            </w:rPr>
            <w:t>☐</w:t>
          </w:r>
        </w:sdtContent>
      </w:sdt>
      <w:r>
        <w:t xml:space="preserve"> Not sure   </w:t>
      </w:r>
    </w:p>
    <w:p>
      <w:r>
        <w:br w:type="page"/>
      </w:r>
    </w:p>
    <w:p>
      <w:pPr>
        <w:pStyle w:val="Heading1"/>
      </w:pPr>
      <w:r>
        <w:t>Where AI could help you</w:t>
      </w:r>
    </w:p>
    <w:p>
      <w:pPr>
        <w:keepNext/>
        <w:spacing w:before="120" w:after="80"/>
      </w:pPr>
      <w:r>
        <w:rPr>
          <w:b/>
        </w:rPr>
        <w:t>13. Which tasks would you most like help with?</w:t>
      </w:r>
    </w:p>
    <w:p>
      <w:pPr>
        <w:keepNext/>
        <w:spacing w:after="60"/>
      </w:pPr>
      <w:r>
        <w:t>Select up to three.</w:t>
      </w:r>
    </w:p>
    <w:p>
      <w:pPr>
        <w:spacing w:after="80"/>
      </w:pPr>
      <w:sdt>
        <w:sdtPr>
          <w:id w:val="152"/>
          <w:tag w:val="choice_152"/>
          <w:alias w:val="Finding product specifications"/>
          <w14:checkbox>
            <w14:checked w14:val="0"/>
            <w14:checkedState w14:val="2612" w14:font="DejaVu Sans"/>
            <w14:uncheckedState w14:val="2610" w14:font="DejaVu Sans"/>
          </w14:checkbox>
        </w:sdtPr>
        <w:sdtContent>
          <w:r>
            <w:rPr>
              <w:rFonts w:ascii="DejaVu Sans" w:hAnsi="DejaVu Sans"/>
            </w:rPr>
            <w:t>☐</w:t>
          </w:r>
        </w:sdtContent>
      </w:sdt>
      <w:r>
        <w:t xml:space="preserve"> Finding product specifications   </w:t>
      </w:r>
      <w:sdt>
        <w:sdtPr>
          <w:id w:val="153"/>
          <w:tag w:val="choice_153"/>
          <w:alias w:val="Comparing products or alternatives"/>
          <w14:checkbox>
            <w14:checked w14:val="0"/>
            <w14:checkedState w14:val="2612" w14:font="DejaVu Sans"/>
            <w14:uncheckedState w14:val="2610" w14:font="DejaVu Sans"/>
          </w14:checkbox>
        </w:sdtPr>
        <w:sdtContent>
          <w:r>
            <w:rPr>
              <w:rFonts w:ascii="DejaVu Sans" w:hAnsi="DejaVu Sans"/>
            </w:rPr>
            <w:t>☐</w:t>
          </w:r>
        </w:sdtContent>
      </w:sdt>
      <w:r>
        <w:t xml:space="preserve"> Comparing products or alternatives   </w:t>
      </w:r>
    </w:p>
    <w:p>
      <w:pPr>
        <w:spacing w:after="80"/>
      </w:pPr>
      <w:sdt>
        <w:sdtPr>
          <w:id w:val="154"/>
          <w:tag w:val="choice_154"/>
          <w:alias w:val="Preparing quotes"/>
          <w14:checkbox>
            <w14:checked w14:val="0"/>
            <w14:checkedState w14:val="2612" w14:font="DejaVu Sans"/>
            <w14:uncheckedState w14:val="2610" w14:font="DejaVu Sans"/>
          </w14:checkbox>
        </w:sdtPr>
        <w:sdtContent>
          <w:r>
            <w:rPr>
              <w:rFonts w:ascii="DejaVu Sans" w:hAnsi="DejaVu Sans"/>
            </w:rPr>
            <w:t>☐</w:t>
          </w:r>
        </w:sdtContent>
      </w:sdt>
      <w:r>
        <w:t xml:space="preserve"> Preparing quotes   </w:t>
      </w:r>
      <w:sdt>
        <w:sdtPr>
          <w:id w:val="155"/>
          <w:tag w:val="choice_155"/>
          <w:alias w:val="Answering customer enquiries"/>
          <w14:checkbox>
            <w14:checked w14:val="0"/>
            <w14:checkedState w14:val="2612" w14:font="DejaVu Sans"/>
            <w14:uncheckedState w14:val="2610" w14:font="DejaVu Sans"/>
          </w14:checkbox>
        </w:sdtPr>
        <w:sdtContent>
          <w:r>
            <w:rPr>
              <w:rFonts w:ascii="DejaVu Sans" w:hAnsi="DejaVu Sans"/>
            </w:rPr>
            <w:t>☐</w:t>
          </w:r>
        </w:sdtContent>
      </w:sdt>
      <w:r>
        <w:t xml:space="preserve"> Answering customer enquiries   </w:t>
      </w:r>
    </w:p>
    <w:p>
      <w:pPr>
        <w:spacing w:after="80"/>
      </w:pPr>
      <w:sdt>
        <w:sdtPr>
          <w:id w:val="156"/>
          <w:tag w:val="choice_156"/>
          <w:alias w:val="Following up orders or deliveries"/>
          <w14:checkbox>
            <w14:checked w14:val="0"/>
            <w14:checkedState w14:val="2612" w14:font="DejaVu Sans"/>
            <w14:uncheckedState w14:val="2610" w14:font="DejaVu Sans"/>
          </w14:checkbox>
        </w:sdtPr>
        <w:sdtContent>
          <w:r>
            <w:rPr>
              <w:rFonts w:ascii="DejaVu Sans" w:hAnsi="DejaVu Sans"/>
            </w:rPr>
            <w:t>☐</w:t>
          </w:r>
        </w:sdtContent>
      </w:sdt>
      <w:r>
        <w:t xml:space="preserve"> Following up orders or deliveries   </w:t>
      </w:r>
      <w:sdt>
        <w:sdtPr>
          <w:id w:val="157"/>
          <w:tag w:val="choice_157"/>
          <w:alias w:val="Updating product information"/>
          <w14:checkbox>
            <w14:checked w14:val="0"/>
            <w14:checkedState w14:val="2612" w14:font="DejaVu Sans"/>
            <w14:uncheckedState w14:val="2610" w14:font="DejaVu Sans"/>
          </w14:checkbox>
        </w:sdtPr>
        <w:sdtContent>
          <w:r>
            <w:rPr>
              <w:rFonts w:ascii="DejaVu Sans" w:hAnsi="DejaVu Sans"/>
            </w:rPr>
            <w:t>☐</w:t>
          </w:r>
        </w:sdtContent>
      </w:sdt>
      <w:r>
        <w:t xml:space="preserve"> Updating product information   </w:t>
      </w:r>
    </w:p>
    <w:p>
      <w:pPr>
        <w:spacing w:after="80"/>
      </w:pPr>
      <w:sdt>
        <w:sdtPr>
          <w:id w:val="158"/>
          <w:tag w:val="choice_158"/>
          <w:alias w:val="Writing marketing content"/>
          <w14:checkbox>
            <w14:checked w14:val="0"/>
            <w14:checkedState w14:val="2612" w14:font="DejaVu Sans"/>
            <w14:uncheckedState w14:val="2610" w14:font="DejaVu Sans"/>
          </w14:checkbox>
        </w:sdtPr>
        <w:sdtContent>
          <w:r>
            <w:rPr>
              <w:rFonts w:ascii="DejaVu Sans" w:hAnsi="DejaVu Sans"/>
            </w:rPr>
            <w:t>☐</w:t>
          </w:r>
        </w:sdtContent>
      </w:sdt>
      <w:r>
        <w:t xml:space="preserve"> Writing marketing content   </w:t>
      </w:r>
      <w:sdt>
        <w:sdtPr>
          <w:id w:val="159"/>
          <w:tag w:val="choice_159"/>
          <w:alias w:val="Stock or purchasing administration"/>
          <w14:checkbox>
            <w14:checked w14:val="0"/>
            <w14:checkedState w14:val="2612" w14:font="DejaVu Sans"/>
            <w14:uncheckedState w14:val="2610" w14:font="DejaVu Sans"/>
          </w14:checkbox>
        </w:sdtPr>
        <w:sdtContent>
          <w:r>
            <w:rPr>
              <w:rFonts w:ascii="DejaVu Sans" w:hAnsi="DejaVu Sans"/>
            </w:rPr>
            <w:t>☐</w:t>
          </w:r>
        </w:sdtContent>
      </w:sdt>
      <w:r>
        <w:t xml:space="preserve"> Stock or purchasing administration   </w:t>
      </w:r>
    </w:p>
    <w:p>
      <w:pPr>
        <w:spacing w:after="80"/>
      </w:pPr>
      <w:sdt>
        <w:sdtPr>
          <w:id w:val="160"/>
          <w:tag w:val="choice_160"/>
          <w:alias w:val="Data entry or reporting"/>
          <w14:checkbox>
            <w14:checked w14:val="0"/>
            <w14:checkedState w14:val="2612" w14:font="DejaVu Sans"/>
            <w14:uncheckedState w14:val="2610" w14:font="DejaVu Sans"/>
          </w14:checkbox>
        </w:sdtPr>
        <w:sdtContent>
          <w:r>
            <w:rPr>
              <w:rFonts w:ascii="DejaVu Sans" w:hAnsi="DejaVu Sans"/>
            </w:rPr>
            <w:t>☐</w:t>
          </w:r>
        </w:sdtContent>
      </w:sdt>
      <w:r>
        <w:t xml:space="preserve"> Data entry or reporting   </w:t>
      </w:r>
      <w:sdt>
        <w:sdtPr>
          <w:id w:val="161"/>
          <w:tag w:val="choice_161"/>
          <w:alias w:val="Learning procedures"/>
          <w14:checkbox>
            <w14:checked w14:val="0"/>
            <w14:checkedState w14:val="2612" w14:font="DejaVu Sans"/>
            <w14:uncheckedState w14:val="2610" w14:font="DejaVu Sans"/>
          </w14:checkbox>
        </w:sdtPr>
        <w:sdtContent>
          <w:r>
            <w:rPr>
              <w:rFonts w:ascii="DejaVu Sans" w:hAnsi="DejaVu Sans"/>
            </w:rPr>
            <w:t>☐</w:t>
          </w:r>
        </w:sdtContent>
      </w:sdt>
      <w:r>
        <w:t xml:space="preserve"> Learning procedures   </w:t>
      </w:r>
    </w:p>
    <w:p>
      <w:pPr>
        <w:spacing w:after="80"/>
      </w:pPr>
      <w:sdt>
        <w:sdtPr>
          <w:id w:val="162"/>
          <w:tag w:val="choice_162"/>
          <w:alias w:val="Other"/>
          <w14:checkbox>
            <w14:checked w14:val="0"/>
            <w14:checkedState w14:val="2612" w14:font="DejaVu Sans"/>
            <w14:uncheckedState w14:val="2610" w14:font="DejaVu Sans"/>
          </w14:checkbox>
        </w:sdtPr>
        <w:sdtContent>
          <w:r>
            <w:rPr>
              <w:rFonts w:ascii="DejaVu Sans" w:hAnsi="DejaVu Sans"/>
            </w:rPr>
            <w:t>☐</w:t>
          </w:r>
        </w:sdtContent>
      </w:sdt>
      <w:r>
        <w:t xml:space="preserve"> Other   </w:t>
      </w:r>
    </w:p>
    <w:p>
      <w:pPr>
        <w:keepNext/>
        <w:spacing w:before="120" w:after="80"/>
      </w:pPr>
      <w:r>
        <w:rPr>
          <w:b/>
        </w:rPr>
        <w:t>14. Describe the one task you would most like improved.</w:t>
      </w:r>
    </w:p>
    <w:p>
      <w:pPr>
        <w:keepNext/>
        <w:spacing w:after="60"/>
      </w:pPr>
      <w:r>
        <w:t>What starts it, what steps do you take, and what makes it slow or difficult?</w:t>
      </w:r>
    </w:p>
    <w:p>
      <w:pPr>
        <w:spacing w:after="680"/>
      </w:pPr>
      <w:r>
        <w:rPr>
          <w:b/>
        </w:rPr>
        <w:t xml:space="preserve">Example workflow: </w:t>
      </w:r>
      <w:sdt>
        <w:sdtPr>
          <w:id w:val="163"/>
          <w:tag w:val="answer_163"/>
          <w:alias w:val="Response"/>
          <w:text w:multiLine="1"/>
        </w:sdtPr>
        <w:sdtContent>
          <w:r>
            <w:rPr>
              <w:color w:val="666666"/>
            </w:rPr>
            <w:t>[Enter answer]</w:t>
          </w:r>
        </w:sdtContent>
      </w:sdt>
    </w:p>
    <w:p>
      <w:pPr>
        <w:keepNext/>
        <w:spacing w:before="120" w:after="80"/>
      </w:pPr>
      <w:r>
        <w:rPr>
          <w:b/>
        </w:rPr>
        <w:t>15. How often does that task happen and how much time does it take?</w:t>
      </w:r>
    </w:p>
    <w:p>
      <w:pPr>
        <w:spacing w:after="140"/>
      </w:pPr>
      <w:r>
        <w:rPr>
          <w:b/>
        </w:rPr>
        <w:t xml:space="preserve">Times per day or week and minutes each time: </w:t>
      </w:r>
      <w:sdt>
        <w:sdtPr>
          <w:id w:val="164"/>
          <w:tag w:val="answer_164"/>
          <w:alias w:val="Response"/>
          <w:text w:multiLine="1"/>
        </w:sdtPr>
        <w:sdtContent>
          <w:r>
            <w:rPr>
              <w:color w:val="666666"/>
            </w:rPr>
            <w:t>[Enter answer]</w:t>
          </w:r>
        </w:sdtContent>
      </w:sdt>
    </w:p>
    <w:p>
      <w:pPr>
        <w:spacing w:after="140"/>
      </w:pPr>
      <w:r>
        <w:rPr>
          <w:b/>
        </w:rPr>
        <w:t xml:space="preserve">Errors delays or repeat work it causes: </w:t>
      </w:r>
      <w:sdt>
        <w:sdtPr>
          <w:id w:val="165"/>
          <w:tag w:val="answer_165"/>
          <w:alias w:val="Response"/>
          <w:text w:multiLine="1"/>
        </w:sdtPr>
        <w:sdtContent>
          <w:r>
            <w:rPr>
              <w:color w:val="666666"/>
            </w:rPr>
            <w:t>[Enter answer]</w:t>
          </w:r>
        </w:sdtContent>
      </w:sdt>
    </w:p>
    <w:p>
      <w:pPr>
        <w:keepNext/>
        <w:spacing w:before="120" w:after="80"/>
      </w:pPr>
      <w:r>
        <w:rPr>
          <w:b/>
        </w:rPr>
        <w:t>16. What would a good improvement look like?</w:t>
      </w:r>
    </w:p>
    <w:p>
      <w:pPr>
        <w:keepNext/>
        <w:spacing w:after="60"/>
      </w:pPr>
      <w:r>
        <w:t>For example, a quicker answer, less typing, fewer mistakes or better customer service.</w:t>
      </w:r>
    </w:p>
    <w:p>
      <w:pPr>
        <w:spacing w:after="420"/>
      </w:pPr>
      <w:r>
        <w:rPr>
          <w:b/>
        </w:rPr>
        <w:t xml:space="preserve">Desired result and anything a person must still check: </w:t>
      </w:r>
      <w:sdt>
        <w:sdtPr>
          <w:id w:val="166"/>
          <w:tag w:val="answer_166"/>
          <w:alias w:val="Response"/>
          <w:text w:multiLine="1"/>
        </w:sdtPr>
        <w:sdtContent>
          <w:r>
            <w:rPr>
              <w:color w:val="666666"/>
            </w:rPr>
            <w:t>[Enter answer]</w:t>
          </w:r>
        </w:sdtContent>
      </w:sdt>
    </w:p>
    <w:p>
      <w:pPr>
        <w:keepNext/>
        <w:spacing w:before="120" w:after="80"/>
      </w:pPr>
      <w:r>
        <w:rPr>
          <w:b/>
        </w:rPr>
        <w:t>17. What would help you feel confident using AI?</w:t>
      </w:r>
    </w:p>
    <w:p>
      <w:pPr>
        <w:spacing w:after="80"/>
      </w:pPr>
      <w:sdt>
        <w:sdtPr>
          <w:id w:val="167"/>
          <w:tag w:val="choice_167"/>
          <w:alias w:val="Clear rules"/>
          <w14:checkbox>
            <w14:checked w14:val="0"/>
            <w14:checkedState w14:val="2612" w14:font="DejaVu Sans"/>
            <w14:uncheckedState w14:val="2610" w14:font="DejaVu Sans"/>
          </w14:checkbox>
        </w:sdtPr>
        <w:sdtContent>
          <w:r>
            <w:rPr>
              <w:rFonts w:ascii="DejaVu Sans" w:hAnsi="DejaVu Sans"/>
            </w:rPr>
            <w:t>☐</w:t>
          </w:r>
        </w:sdtContent>
      </w:sdt>
      <w:r>
        <w:t xml:space="preserve"> Clear rules   </w:t>
      </w:r>
      <w:sdt>
        <w:sdtPr>
          <w:id w:val="168"/>
          <w:tag w:val="choice_168"/>
          <w:alias w:val="Practical training"/>
          <w14:checkbox>
            <w14:checked w14:val="0"/>
            <w14:checkedState w14:val="2612" w14:font="DejaVu Sans"/>
            <w14:uncheckedState w14:val="2610" w14:font="DejaVu Sans"/>
          </w14:checkbox>
        </w:sdtPr>
        <w:sdtContent>
          <w:r>
            <w:rPr>
              <w:rFonts w:ascii="DejaVu Sans" w:hAnsi="DejaVu Sans"/>
            </w:rPr>
            <w:t>☐</w:t>
          </w:r>
        </w:sdtContent>
      </w:sdt>
      <w:r>
        <w:t xml:space="preserve"> Practical training   </w:t>
      </w:r>
    </w:p>
    <w:p>
      <w:pPr>
        <w:spacing w:after="80"/>
      </w:pPr>
      <w:sdt>
        <w:sdtPr>
          <w:id w:val="169"/>
          <w:tag w:val="choice_169"/>
          <w:alias w:val="Approved company tools"/>
          <w14:checkbox>
            <w14:checked w14:val="0"/>
            <w14:checkedState w14:val="2612" w14:font="DejaVu Sans"/>
            <w14:uncheckedState w14:val="2610" w14:font="DejaVu Sans"/>
          </w14:checkbox>
        </w:sdtPr>
        <w:sdtContent>
          <w:r>
            <w:rPr>
              <w:rFonts w:ascii="DejaVu Sans" w:hAnsi="DejaVu Sans"/>
            </w:rPr>
            <w:t>☐</w:t>
          </w:r>
        </w:sdtContent>
      </w:sdt>
      <w:r>
        <w:t xml:space="preserve"> Approved company tools   </w:t>
      </w:r>
      <w:sdt>
        <w:sdtPr>
          <w:id w:val="170"/>
          <w:tag w:val="choice_170"/>
          <w:alias w:val="Reliable source information"/>
          <w14:checkbox>
            <w14:checked w14:val="0"/>
            <w14:checkedState w14:val="2612" w14:font="DejaVu Sans"/>
            <w14:uncheckedState w14:val="2610" w14:font="DejaVu Sans"/>
          </w14:checkbox>
        </w:sdtPr>
        <w:sdtContent>
          <w:r>
            <w:rPr>
              <w:rFonts w:ascii="DejaVu Sans" w:hAnsi="DejaVu Sans"/>
            </w:rPr>
            <w:t>☐</w:t>
          </w:r>
        </w:sdtContent>
      </w:sdt>
      <w:r>
        <w:t xml:space="preserve"> Reliable source information   </w:t>
      </w:r>
    </w:p>
    <w:p>
      <w:pPr>
        <w:spacing w:after="80"/>
      </w:pPr>
      <w:sdt>
        <w:sdtPr>
          <w:id w:val="171"/>
          <w:tag w:val="choice_171"/>
          <w:alias w:val="Easy access to human help"/>
          <w14:checkbox>
            <w14:checked w14:val="0"/>
            <w14:checkedState w14:val="2612" w14:font="DejaVu Sans"/>
            <w14:uncheckedState w14:val="2610" w14:font="DejaVu Sans"/>
          </w14:checkbox>
        </w:sdtPr>
        <w:sdtContent>
          <w:r>
            <w:rPr>
              <w:rFonts w:ascii="DejaVu Sans" w:hAnsi="DejaVu Sans"/>
            </w:rPr>
            <w:t>☐</w:t>
          </w:r>
        </w:sdtContent>
      </w:sdt>
      <w:r>
        <w:t xml:space="preserve"> Easy access to human help   </w:t>
      </w:r>
      <w:sdt>
        <w:sdtPr>
          <w:id w:val="172"/>
          <w:tag w:val="choice_172"/>
          <w:alias w:val="Time to practise"/>
          <w14:checkbox>
            <w14:checked w14:val="0"/>
            <w14:checkedState w14:val="2612" w14:font="DejaVu Sans"/>
            <w14:uncheckedState w14:val="2610" w14:font="DejaVu Sans"/>
          </w14:checkbox>
        </w:sdtPr>
        <w:sdtContent>
          <w:r>
            <w:rPr>
              <w:rFonts w:ascii="DejaVu Sans" w:hAnsi="DejaVu Sans"/>
            </w:rPr>
            <w:t>☐</w:t>
          </w:r>
        </w:sdtContent>
      </w:sdt>
      <w:r>
        <w:t xml:space="preserve"> Time to practise   </w:t>
      </w:r>
    </w:p>
    <w:p>
      <w:pPr>
        <w:spacing w:after="80"/>
      </w:pPr>
      <w:sdt>
        <w:sdtPr>
          <w:id w:val="173"/>
          <w:tag w:val="choice_173"/>
          <w:alias w:val="Nothing at present"/>
          <w14:checkbox>
            <w14:checked w14:val="0"/>
            <w14:checkedState w14:val="2612" w14:font="DejaVu Sans"/>
            <w14:uncheckedState w14:val="2610" w14:font="DejaVu Sans"/>
          </w14:checkbox>
        </w:sdtPr>
        <w:sdtContent>
          <w:r>
            <w:rPr>
              <w:rFonts w:ascii="DejaVu Sans" w:hAnsi="DejaVu Sans"/>
            </w:rPr>
            <w:t>☐</w:t>
          </w:r>
        </w:sdtContent>
      </w:sdt>
      <w:r>
        <w:t xml:space="preserve"> Nothing at present   </w:t>
      </w:r>
      <w:sdt>
        <w:sdtPr>
          <w:id w:val="174"/>
          <w:tag w:val="choice_174"/>
          <w:alias w:val="Other"/>
          <w14:checkbox>
            <w14:checked w14:val="0"/>
            <w14:checkedState w14:val="2612" w14:font="DejaVu Sans"/>
            <w14:uncheckedState w14:val="2610" w14:font="DejaVu Sans"/>
          </w14:checkbox>
        </w:sdtPr>
        <w:sdtContent>
          <w:r>
            <w:rPr>
              <w:rFonts w:ascii="DejaVu Sans" w:hAnsi="DejaVu Sans"/>
            </w:rPr>
            <w:t>☐</w:t>
          </w:r>
        </w:sdtContent>
      </w:sdt>
      <w:r>
        <w:t xml:space="preserve"> Other   </w:t>
      </w:r>
    </w:p>
    <w:p>
      <w:pPr>
        <w:keepNext/>
        <w:spacing w:before="120" w:after="80"/>
      </w:pPr>
      <w:r>
        <w:rPr>
          <w:b/>
        </w:rPr>
        <w:t>18. Do you have concerns, other suggestions or interest in trying a pilot?</w:t>
      </w:r>
    </w:p>
    <w:p>
      <w:pPr>
        <w:spacing w:after="420"/>
      </w:pPr>
      <w:r>
        <w:rPr>
          <w:b/>
        </w:rPr>
        <w:t xml:space="preserve">Comments and willingness to take part: </w:t>
      </w:r>
      <w:sdt>
        <w:sdtPr>
          <w:id w:val="175"/>
          <w:tag w:val="answer_175"/>
          <w:alias w:val="Response"/>
          <w:text w:multiLine="1"/>
        </w:sdtPr>
        <w:sdtContent>
          <w:r>
            <w:rPr>
              <w:color w:val="666666"/>
            </w:rPr>
            <w:t>[Enter answer]</w:t>
          </w:r>
        </w:sdtContent>
      </w:sdt>
    </w:p>
    <w:p>
      <w:pPr>
        <w:spacing w:after="140"/>
      </w:pPr>
      <w:r>
        <w:t>Thank you. Your answers will help identify useful improvements and the support staff need.</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Staff questionnaire  |  September 2026</w:t>
    </w:r>
    <w:r>
      <w:t xml:space="preserve">       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HEXICOR AI  |  JD LIGHTING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JD Lighting Staff AI Assessment Questionnaire</dc:title>
  <dc:subject/>
  <dc:creator>Hexicor AI</dc:creator>
  <cp:keywords/>
  <dc:description>generated by python-docx</dc:description>
  <cp:lastModifiedBy/>
  <cp:revision>1</cp:revision>
  <dcterms:created xsi:type="dcterms:W3CDTF">2013-12-23T23:15:00Z</dcterms:created>
  <dcterms:modified xsi:type="dcterms:W3CDTF">2013-12-23T23:15:00Z</dcterms:modified>
  <cp:category/>
</cp:coreProperties>
</file>